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04790" w14:textId="77777777" w:rsidR="002B4637" w:rsidRPr="00127CB1" w:rsidRDefault="00803422" w:rsidP="005A2D3A">
      <w:pPr>
        <w:spacing w:after="0" w:line="240" w:lineRule="auto"/>
        <w:jc w:val="center"/>
        <w:rPr>
          <w:lang w:val="uk-UA"/>
        </w:rPr>
      </w:pPr>
      <w:r w:rsidRPr="00127CB1">
        <w:rPr>
          <w:b/>
          <w:sz w:val="28"/>
          <w:lang w:val="uk-UA"/>
        </w:rPr>
        <w:t>ПОЛОЖЕННЯ</w:t>
      </w:r>
    </w:p>
    <w:p w14:paraId="44B62EE3" w14:textId="707A8235" w:rsidR="002B4637" w:rsidRDefault="00803422" w:rsidP="005A2D3A">
      <w:pPr>
        <w:spacing w:after="0" w:line="240" w:lineRule="auto"/>
        <w:jc w:val="center"/>
        <w:rPr>
          <w:b/>
          <w:lang w:val="uk-UA"/>
        </w:rPr>
      </w:pPr>
      <w:r w:rsidRPr="00127CB1">
        <w:rPr>
          <w:b/>
          <w:lang w:val="uk-UA"/>
        </w:rPr>
        <w:t xml:space="preserve">про </w:t>
      </w:r>
      <w:r w:rsidR="0034045A" w:rsidRPr="00127CB1">
        <w:rPr>
          <w:b/>
          <w:lang w:val="uk-UA"/>
        </w:rPr>
        <w:t xml:space="preserve">щорічний </w:t>
      </w:r>
      <w:r w:rsidR="0034045A">
        <w:rPr>
          <w:b/>
          <w:lang w:val="uk-UA"/>
        </w:rPr>
        <w:t>всеукраїнський</w:t>
      </w:r>
      <w:r w:rsidRPr="00127CB1">
        <w:rPr>
          <w:b/>
          <w:lang w:val="uk-UA"/>
        </w:rPr>
        <w:t xml:space="preserve"> конкурс малюнків «Моя мрія»</w:t>
      </w:r>
    </w:p>
    <w:p w14:paraId="26E22F81" w14:textId="77777777" w:rsidR="005A2D3A" w:rsidRPr="00127CB1" w:rsidRDefault="005A2D3A" w:rsidP="005A2D3A">
      <w:pPr>
        <w:spacing w:after="0" w:line="240" w:lineRule="auto"/>
        <w:jc w:val="center"/>
        <w:rPr>
          <w:lang w:val="uk-UA"/>
        </w:rPr>
      </w:pPr>
    </w:p>
    <w:p w14:paraId="1C31908F" w14:textId="77777777" w:rsidR="002B4637" w:rsidRPr="00127CB1" w:rsidRDefault="00803422" w:rsidP="00892875">
      <w:pPr>
        <w:spacing w:after="0" w:line="240" w:lineRule="auto"/>
        <w:rPr>
          <w:lang w:val="uk-UA"/>
        </w:rPr>
      </w:pPr>
      <w:r w:rsidRPr="00127CB1">
        <w:rPr>
          <w:b/>
          <w:sz w:val="26"/>
          <w:lang w:val="uk-UA"/>
        </w:rPr>
        <w:t>1. Загальні положення</w:t>
      </w:r>
    </w:p>
    <w:p w14:paraId="73E7B911" w14:textId="77777777" w:rsid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1.1 Всеукраїнський конкурс малюнків «Моя мрія» (далі</w:t>
      </w:r>
      <w:r w:rsidR="00267064">
        <w:rPr>
          <w:bCs/>
          <w:lang w:val="uk-UA"/>
        </w:rPr>
        <w:t xml:space="preserve"> </w:t>
      </w:r>
      <w:bookmarkStart w:id="0" w:name="_Hlk240285576"/>
      <w:r w:rsidR="00267064">
        <w:rPr>
          <w:bCs/>
          <w:lang w:val="uk-UA"/>
        </w:rPr>
        <w:t>–</w:t>
      </w:r>
      <w:bookmarkEnd w:id="0"/>
      <w:r w:rsidR="00267064">
        <w:rPr>
          <w:bCs/>
          <w:lang w:val="uk-UA"/>
        </w:rPr>
        <w:t xml:space="preserve"> </w:t>
      </w:r>
      <w:r w:rsidRPr="00267064">
        <w:rPr>
          <w:bCs/>
          <w:lang w:val="uk-UA"/>
        </w:rPr>
        <w:t xml:space="preserve">Конкурс), організований Централізованою бібліотечною системою для дітей м. Одеси (далі </w:t>
      </w:r>
      <w:r w:rsidR="00267064">
        <w:rPr>
          <w:bCs/>
          <w:lang w:val="uk-UA"/>
        </w:rPr>
        <w:t>–</w:t>
      </w:r>
      <w:r w:rsidRPr="00267064">
        <w:rPr>
          <w:bCs/>
          <w:lang w:val="uk-UA"/>
        </w:rPr>
        <w:t xml:space="preserve"> Організатори). </w:t>
      </w:r>
    </w:p>
    <w:p w14:paraId="34838C7A" w14:textId="4A5682E0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До участі в організації Конкурсу можуть долучатися партнери (громадські організації, приватні компанії, благодійні фонди, мистецькі школи й культурні заклади).</w:t>
      </w:r>
    </w:p>
    <w:p w14:paraId="35B0E595" w14:textId="504F55AC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 xml:space="preserve">1.2 Основна мета Конкурсу </w:t>
      </w:r>
      <w:r w:rsidR="00267064">
        <w:rPr>
          <w:bCs/>
          <w:lang w:val="uk-UA"/>
        </w:rPr>
        <w:t xml:space="preserve">– </w:t>
      </w:r>
      <w:r w:rsidR="00267064" w:rsidRPr="00267064">
        <w:rPr>
          <w:lang w:val="uk-UA"/>
        </w:rPr>
        <w:t>сприяти емоційному розвантаженню дітей через творчість, надати їм відчуття підтримки, натхнення та впевненості у складні часи.</w:t>
      </w:r>
    </w:p>
    <w:p w14:paraId="5E6466FC" w14:textId="23FFF9C7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1.3 Учасником може стати будь-яка дитина 4</w:t>
      </w:r>
      <w:r w:rsidR="00267064">
        <w:rPr>
          <w:bCs/>
          <w:lang w:val="uk-UA"/>
        </w:rPr>
        <w:t>-</w:t>
      </w:r>
      <w:r w:rsidRPr="00267064">
        <w:rPr>
          <w:bCs/>
          <w:lang w:val="uk-UA"/>
        </w:rPr>
        <w:t>16 років.</w:t>
      </w:r>
    </w:p>
    <w:p w14:paraId="4CCFB3ED" w14:textId="1814904D" w:rsidR="002B4637" w:rsidRPr="00267064" w:rsidRDefault="00803422" w:rsidP="00892875">
      <w:pPr>
        <w:spacing w:after="0" w:line="240" w:lineRule="auto"/>
        <w:ind w:left="851" w:hanging="425"/>
        <w:rPr>
          <w:bCs/>
          <w:lang w:val="uk-UA"/>
        </w:rPr>
      </w:pPr>
      <w:r w:rsidRPr="00267064">
        <w:rPr>
          <w:bCs/>
          <w:lang w:val="uk-UA"/>
        </w:rPr>
        <w:t>1.4 Учасники конкурсу розподіляються на такі вікові категорії:</w:t>
      </w:r>
      <w:r w:rsidRPr="00267064">
        <w:rPr>
          <w:bCs/>
          <w:lang w:val="uk-UA"/>
        </w:rPr>
        <w:br/>
        <w:t>• діти віком 4</w:t>
      </w:r>
      <w:r w:rsidR="00267064">
        <w:rPr>
          <w:bCs/>
          <w:lang w:val="uk-UA"/>
        </w:rPr>
        <w:t>-</w:t>
      </w:r>
      <w:r w:rsidRPr="00267064">
        <w:rPr>
          <w:bCs/>
          <w:lang w:val="uk-UA"/>
        </w:rPr>
        <w:t>7 років;</w:t>
      </w:r>
      <w:r w:rsidRPr="00267064">
        <w:rPr>
          <w:bCs/>
          <w:lang w:val="uk-UA"/>
        </w:rPr>
        <w:br/>
        <w:t>• діти віком 8</w:t>
      </w:r>
      <w:r w:rsidR="00267064">
        <w:rPr>
          <w:bCs/>
          <w:lang w:val="uk-UA"/>
        </w:rPr>
        <w:t>-</w:t>
      </w:r>
      <w:r w:rsidRPr="00267064">
        <w:rPr>
          <w:bCs/>
          <w:lang w:val="uk-UA"/>
        </w:rPr>
        <w:t>12 років;</w:t>
      </w:r>
      <w:r w:rsidRPr="00267064">
        <w:rPr>
          <w:bCs/>
          <w:lang w:val="uk-UA"/>
        </w:rPr>
        <w:br/>
        <w:t>• діти віком 13</w:t>
      </w:r>
      <w:r w:rsidR="00267064">
        <w:rPr>
          <w:bCs/>
          <w:lang w:val="uk-UA"/>
        </w:rPr>
        <w:t>-</w:t>
      </w:r>
      <w:r w:rsidRPr="00267064">
        <w:rPr>
          <w:bCs/>
          <w:lang w:val="uk-UA"/>
        </w:rPr>
        <w:t>16 років.</w:t>
      </w:r>
    </w:p>
    <w:p w14:paraId="573677E4" w14:textId="498775EB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1.5 Конкурс проходить на території міста Одеси з 25 вересня по 2</w:t>
      </w:r>
      <w:r w:rsidR="00267064">
        <w:rPr>
          <w:bCs/>
          <w:lang w:val="uk-UA"/>
        </w:rPr>
        <w:t>0</w:t>
      </w:r>
      <w:r w:rsidRPr="00267064">
        <w:rPr>
          <w:bCs/>
          <w:lang w:val="uk-UA"/>
        </w:rPr>
        <w:t xml:space="preserve"> листопада 202</w:t>
      </w:r>
      <w:r w:rsidR="00267064">
        <w:rPr>
          <w:bCs/>
          <w:lang w:val="uk-UA"/>
        </w:rPr>
        <w:t>6</w:t>
      </w:r>
      <w:r w:rsidRPr="00267064">
        <w:rPr>
          <w:bCs/>
          <w:lang w:val="uk-UA"/>
        </w:rPr>
        <w:t xml:space="preserve"> року (роботи приймаються до </w:t>
      </w:r>
      <w:r w:rsidR="00267064">
        <w:rPr>
          <w:bCs/>
          <w:lang w:val="uk-UA"/>
        </w:rPr>
        <w:t>1</w:t>
      </w:r>
      <w:r w:rsidRPr="00267064">
        <w:rPr>
          <w:bCs/>
          <w:lang w:val="uk-UA"/>
        </w:rPr>
        <w:t xml:space="preserve"> листопада виключно). До участі приймаються формати малюнків А-4 й А-3 у будь-якому стилі виконання: фарбами, олівцями тощо.</w:t>
      </w:r>
    </w:p>
    <w:p w14:paraId="5A06B73D" w14:textId="152B57E2" w:rsidR="00267064" w:rsidRDefault="00803422" w:rsidP="00892875">
      <w:pPr>
        <w:spacing w:after="0" w:line="240" w:lineRule="auto"/>
        <w:ind w:firstLine="397"/>
        <w:jc w:val="both"/>
        <w:rPr>
          <w:lang w:val="ru-RU"/>
        </w:rPr>
      </w:pPr>
      <w:r w:rsidRPr="00267064">
        <w:rPr>
          <w:bCs/>
          <w:lang w:val="uk-UA"/>
        </w:rPr>
        <w:t>1.6</w:t>
      </w:r>
      <w:r w:rsidRPr="00127CB1">
        <w:rPr>
          <w:b/>
          <w:lang w:val="uk-UA"/>
        </w:rPr>
        <w:t xml:space="preserve"> </w:t>
      </w:r>
      <w:r w:rsidR="00267064" w:rsidRPr="00267064">
        <w:rPr>
          <w:lang w:val="uk-UA"/>
        </w:rPr>
        <w:t xml:space="preserve">Надсилання малюнків на конкурс та їх повернення здійснюються за рахунок </w:t>
      </w:r>
      <w:r w:rsidR="00F05B18">
        <w:rPr>
          <w:lang w:val="uk-UA"/>
        </w:rPr>
        <w:t>у</w:t>
      </w:r>
      <w:r w:rsidR="00267064" w:rsidRPr="00267064">
        <w:rPr>
          <w:lang w:val="uk-UA"/>
        </w:rPr>
        <w:t>часників</w:t>
      </w:r>
      <w:r w:rsidRPr="00267064">
        <w:rPr>
          <w:lang w:val="uk-UA"/>
        </w:rPr>
        <w:t xml:space="preserve">, </w:t>
      </w:r>
      <w:r w:rsidRPr="00127CB1">
        <w:rPr>
          <w:lang w:val="uk-UA"/>
        </w:rPr>
        <w:t xml:space="preserve">також </w:t>
      </w:r>
      <w:r w:rsidR="00267064" w:rsidRPr="00267064">
        <w:rPr>
          <w:lang w:val="uk-UA"/>
        </w:rPr>
        <w:t>Організатори не несуть відповідальності за роботу поштових служб і збереження відправлень під час транспортування</w:t>
      </w:r>
      <w:r w:rsidR="00267064">
        <w:rPr>
          <w:lang w:val="uk-UA"/>
        </w:rPr>
        <w:t>.</w:t>
      </w:r>
    </w:p>
    <w:p w14:paraId="22E299F3" w14:textId="77777777" w:rsidR="00892875" w:rsidRPr="00892875" w:rsidRDefault="00892875" w:rsidP="00892875">
      <w:pPr>
        <w:spacing w:after="0" w:line="240" w:lineRule="auto"/>
        <w:ind w:firstLine="397"/>
        <w:rPr>
          <w:b/>
          <w:sz w:val="18"/>
          <w:szCs w:val="14"/>
          <w:lang w:val="uk-UA"/>
        </w:rPr>
      </w:pPr>
    </w:p>
    <w:p w14:paraId="72B5A3A5" w14:textId="7CDF7042" w:rsidR="002B4637" w:rsidRPr="00127CB1" w:rsidRDefault="00803422" w:rsidP="00892875">
      <w:pPr>
        <w:spacing w:after="0" w:line="240" w:lineRule="auto"/>
        <w:ind w:firstLine="397"/>
        <w:rPr>
          <w:lang w:val="uk-UA"/>
        </w:rPr>
      </w:pPr>
      <w:r w:rsidRPr="00127CB1">
        <w:rPr>
          <w:b/>
          <w:sz w:val="26"/>
          <w:lang w:val="uk-UA"/>
        </w:rPr>
        <w:t>2. Основні етапи конкурсу</w:t>
      </w:r>
    </w:p>
    <w:p w14:paraId="3D53F797" w14:textId="77777777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2.1 Організація, підготовка і розповсюдження інформації про Конкурс.</w:t>
      </w:r>
    </w:p>
    <w:p w14:paraId="594E1F11" w14:textId="5BAB84B2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 xml:space="preserve">2.2 Приймання робіт до </w:t>
      </w:r>
      <w:r w:rsidR="00F05B18">
        <w:rPr>
          <w:bCs/>
          <w:lang w:val="uk-UA"/>
        </w:rPr>
        <w:t>1</w:t>
      </w:r>
      <w:r w:rsidRPr="00267064">
        <w:rPr>
          <w:bCs/>
          <w:lang w:val="uk-UA"/>
        </w:rPr>
        <w:t xml:space="preserve"> листопада (включно).</w:t>
      </w:r>
    </w:p>
    <w:p w14:paraId="250AA665" w14:textId="16C6BE7B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 xml:space="preserve">2.3 Оцінювання </w:t>
      </w:r>
      <w:r w:rsidR="00D57663">
        <w:rPr>
          <w:bCs/>
          <w:lang w:val="uk-UA"/>
        </w:rPr>
        <w:t xml:space="preserve">журі </w:t>
      </w:r>
      <w:r w:rsidRPr="00267064">
        <w:rPr>
          <w:bCs/>
          <w:lang w:val="uk-UA"/>
        </w:rPr>
        <w:t>конкурсних робіт</w:t>
      </w:r>
      <w:r w:rsidR="00F05B18">
        <w:rPr>
          <w:bCs/>
          <w:lang w:val="uk-UA"/>
        </w:rPr>
        <w:t xml:space="preserve"> відбудеться у період з</w:t>
      </w:r>
      <w:r w:rsidRPr="00267064">
        <w:rPr>
          <w:bCs/>
          <w:lang w:val="uk-UA"/>
        </w:rPr>
        <w:t xml:space="preserve"> </w:t>
      </w:r>
      <w:r w:rsidR="00F05B18">
        <w:rPr>
          <w:bCs/>
          <w:lang w:val="uk-UA"/>
        </w:rPr>
        <w:t>2 по 8</w:t>
      </w:r>
      <w:r w:rsidRPr="00267064">
        <w:rPr>
          <w:bCs/>
          <w:lang w:val="uk-UA"/>
        </w:rPr>
        <w:t xml:space="preserve"> листопада 202</w:t>
      </w:r>
      <w:r w:rsidR="00F05B18">
        <w:rPr>
          <w:bCs/>
          <w:lang w:val="uk-UA"/>
        </w:rPr>
        <w:t>6</w:t>
      </w:r>
      <w:r w:rsidRPr="00267064">
        <w:rPr>
          <w:bCs/>
          <w:lang w:val="uk-UA"/>
        </w:rPr>
        <w:t xml:space="preserve"> року. П'ятнадцять робіт (по п'ять з кожної вікової категорії) будуть відібрані до голосування на сторін</w:t>
      </w:r>
      <w:r w:rsidR="00D57663">
        <w:rPr>
          <w:bCs/>
          <w:lang w:val="uk-UA"/>
        </w:rPr>
        <w:t>ках</w:t>
      </w:r>
      <w:r w:rsidRPr="00267064">
        <w:rPr>
          <w:bCs/>
          <w:lang w:val="uk-UA"/>
        </w:rPr>
        <w:t xml:space="preserve"> Централізованої бібліотечної системи для дітей </w:t>
      </w:r>
      <w:r w:rsidR="00D57663">
        <w:rPr>
          <w:bCs/>
          <w:lang w:val="uk-UA"/>
        </w:rPr>
        <w:t xml:space="preserve">у </w:t>
      </w:r>
      <w:r w:rsidR="00D57663" w:rsidRPr="00D57663">
        <w:rPr>
          <w:lang w:val="uk-UA"/>
        </w:rPr>
        <w:t>Facebook</w:t>
      </w:r>
      <w:r w:rsidR="00D57663">
        <w:rPr>
          <w:lang w:val="uk-UA"/>
        </w:rPr>
        <w:t xml:space="preserve"> та </w:t>
      </w:r>
      <w:r w:rsidR="00D57663">
        <w:t>Instagram</w:t>
      </w:r>
      <w:r w:rsidR="00D57663" w:rsidRPr="00267064">
        <w:rPr>
          <w:bCs/>
          <w:lang w:val="uk-UA"/>
        </w:rPr>
        <w:t xml:space="preserve"> </w:t>
      </w:r>
      <w:r w:rsidRPr="00267064">
        <w:rPr>
          <w:bCs/>
          <w:lang w:val="uk-UA"/>
        </w:rPr>
        <w:t xml:space="preserve">(голосування відбудеться з 10 листопада </w:t>
      </w:r>
      <w:r w:rsidR="00F05B18">
        <w:rPr>
          <w:bCs/>
          <w:lang w:val="uk-UA"/>
        </w:rPr>
        <w:t xml:space="preserve">о </w:t>
      </w:r>
      <w:r w:rsidR="00F05B18" w:rsidRPr="00267064">
        <w:rPr>
          <w:bCs/>
          <w:lang w:val="uk-UA"/>
        </w:rPr>
        <w:t xml:space="preserve">12:00 </w:t>
      </w:r>
      <w:r w:rsidRPr="00267064">
        <w:rPr>
          <w:bCs/>
          <w:lang w:val="uk-UA"/>
        </w:rPr>
        <w:t>до 1</w:t>
      </w:r>
      <w:r w:rsidR="00C032D2">
        <w:rPr>
          <w:bCs/>
          <w:lang w:val="uk-UA"/>
        </w:rPr>
        <w:t>3</w:t>
      </w:r>
      <w:r w:rsidRPr="00267064">
        <w:rPr>
          <w:bCs/>
          <w:lang w:val="uk-UA"/>
        </w:rPr>
        <w:t xml:space="preserve"> листопада </w:t>
      </w:r>
      <w:r w:rsidR="00F05B18" w:rsidRPr="00267064">
        <w:rPr>
          <w:bCs/>
          <w:lang w:val="uk-UA"/>
        </w:rPr>
        <w:t xml:space="preserve">12:00 </w:t>
      </w:r>
      <w:r w:rsidRPr="00267064">
        <w:rPr>
          <w:bCs/>
          <w:lang w:val="uk-UA"/>
        </w:rPr>
        <w:t>202</w:t>
      </w:r>
      <w:r w:rsidR="00D57663">
        <w:rPr>
          <w:bCs/>
          <w:lang w:val="uk-UA"/>
        </w:rPr>
        <w:t>6</w:t>
      </w:r>
      <w:r w:rsidRPr="00267064">
        <w:rPr>
          <w:bCs/>
          <w:lang w:val="uk-UA"/>
        </w:rPr>
        <w:t xml:space="preserve"> року).</w:t>
      </w:r>
    </w:p>
    <w:p w14:paraId="249E34A7" w14:textId="4C35EB67" w:rsidR="002B4637" w:rsidRPr="00D57663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2.4</w:t>
      </w:r>
      <w:r w:rsidR="00D57663" w:rsidRPr="00D57663">
        <w:rPr>
          <w:bCs/>
          <w:lang w:val="uk-UA"/>
        </w:rPr>
        <w:t xml:space="preserve">. </w:t>
      </w:r>
      <w:r w:rsidR="00D57663" w:rsidRPr="00D57663">
        <w:rPr>
          <w:lang w:val="uk-UA"/>
        </w:rPr>
        <w:t>Під час голосування у Facebook</w:t>
      </w:r>
      <w:r w:rsidR="00D57663">
        <w:rPr>
          <w:lang w:val="uk-UA"/>
        </w:rPr>
        <w:t xml:space="preserve"> та </w:t>
      </w:r>
      <w:r w:rsidR="00D57663">
        <w:t>Instagram</w:t>
      </w:r>
      <w:r w:rsidR="00D57663" w:rsidRPr="00D57663">
        <w:rPr>
          <w:lang w:val="uk-UA"/>
        </w:rPr>
        <w:t xml:space="preserve"> враховуються лише голоси підписників сторін</w:t>
      </w:r>
      <w:r w:rsidR="00D57663">
        <w:rPr>
          <w:lang w:val="uk-UA"/>
        </w:rPr>
        <w:t>о</w:t>
      </w:r>
      <w:r w:rsidR="00D57663" w:rsidRPr="00D57663">
        <w:rPr>
          <w:lang w:val="uk-UA"/>
        </w:rPr>
        <w:t>к ЦМБС для дітей. Для виключення ботів і користувачів, які не є підписниками сторін</w:t>
      </w:r>
      <w:r w:rsidR="00D57663">
        <w:rPr>
          <w:lang w:val="uk-UA"/>
        </w:rPr>
        <w:t>ок</w:t>
      </w:r>
      <w:r w:rsidR="00D57663" w:rsidRPr="00D57663">
        <w:rPr>
          <w:lang w:val="uk-UA"/>
        </w:rPr>
        <w:t xml:space="preserve"> Організатора, відділ маркетингу здійснить перевірку та підрахунок вподобань.</w:t>
      </w:r>
    </w:p>
    <w:p w14:paraId="6456BAD7" w14:textId="77777777" w:rsidR="002B4637" w:rsidRPr="00267064" w:rsidRDefault="00803422" w:rsidP="00892875">
      <w:pPr>
        <w:spacing w:after="0" w:line="240" w:lineRule="auto"/>
        <w:ind w:firstLine="397"/>
        <w:rPr>
          <w:bCs/>
          <w:lang w:val="uk-UA"/>
        </w:rPr>
      </w:pPr>
      <w:r w:rsidRPr="00267064">
        <w:rPr>
          <w:bCs/>
          <w:lang w:val="uk-UA"/>
        </w:rPr>
        <w:t>2.5 До участі у виставці малюнків буде відібрано 80 найкращих робіт.</w:t>
      </w:r>
    </w:p>
    <w:p w14:paraId="60AE3314" w14:textId="77777777" w:rsidR="00892875" w:rsidRPr="00892875" w:rsidRDefault="00892875" w:rsidP="00892875">
      <w:pPr>
        <w:spacing w:after="0" w:line="240" w:lineRule="auto"/>
        <w:rPr>
          <w:b/>
          <w:sz w:val="18"/>
          <w:szCs w:val="14"/>
          <w:lang w:val="uk-UA"/>
        </w:rPr>
      </w:pPr>
    </w:p>
    <w:p w14:paraId="6E4AB194" w14:textId="3EA1CFD0" w:rsidR="002B4637" w:rsidRPr="00267064" w:rsidRDefault="00803422" w:rsidP="00892875">
      <w:pPr>
        <w:spacing w:after="0" w:line="240" w:lineRule="auto"/>
        <w:rPr>
          <w:b/>
          <w:lang w:val="uk-UA"/>
        </w:rPr>
      </w:pPr>
      <w:r w:rsidRPr="00267064">
        <w:rPr>
          <w:b/>
          <w:sz w:val="26"/>
          <w:lang w:val="uk-UA"/>
        </w:rPr>
        <w:t>3. Нагородження</w:t>
      </w:r>
    </w:p>
    <w:p w14:paraId="428B750C" w14:textId="77777777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3.1 Приз отримують по одному переможцю з кожної вікової категорії, які отримають найбільшу кількість вподобайок під час голосування.</w:t>
      </w:r>
    </w:p>
    <w:p w14:paraId="7B1637FB" w14:textId="1A9ADEDF" w:rsidR="002B4637" w:rsidRPr="00892875" w:rsidRDefault="00803422" w:rsidP="00892875">
      <w:pPr>
        <w:spacing w:after="0" w:line="240" w:lineRule="auto"/>
        <w:ind w:firstLine="397"/>
        <w:jc w:val="both"/>
        <w:rPr>
          <w:bCs/>
          <w:lang w:val="ru-RU"/>
        </w:rPr>
      </w:pPr>
      <w:r w:rsidRPr="00267064">
        <w:rPr>
          <w:bCs/>
          <w:lang w:val="uk-UA"/>
        </w:rPr>
        <w:t xml:space="preserve">3.2 </w:t>
      </w:r>
      <w:r w:rsidR="00D57663">
        <w:rPr>
          <w:bCs/>
          <w:lang w:val="uk-UA"/>
        </w:rPr>
        <w:t>Л</w:t>
      </w:r>
      <w:r w:rsidRPr="00267064">
        <w:rPr>
          <w:bCs/>
          <w:lang w:val="uk-UA"/>
        </w:rPr>
        <w:t>ауреати й переможці отримають дипломи від Організаторів.</w:t>
      </w:r>
      <w:r w:rsidR="00D57663" w:rsidRPr="00D57663">
        <w:rPr>
          <w:bCs/>
          <w:lang w:val="uk-UA"/>
        </w:rPr>
        <w:t xml:space="preserve"> </w:t>
      </w:r>
      <w:r w:rsidR="00892875" w:rsidRPr="00892875">
        <w:rPr>
          <w:lang w:val="uk-UA"/>
        </w:rPr>
        <w:t xml:space="preserve">Учасники </w:t>
      </w:r>
      <w:r w:rsidR="00871B6A">
        <w:rPr>
          <w:lang w:val="uk-UA"/>
        </w:rPr>
        <w:t xml:space="preserve">виставки отримують грамоти. Учасники </w:t>
      </w:r>
      <w:r w:rsidR="00892875" w:rsidRPr="00892875">
        <w:rPr>
          <w:lang w:val="uk-UA"/>
        </w:rPr>
        <w:t>конкурсу можуть отримати друковані грамоти за попереднім запитом.</w:t>
      </w:r>
    </w:p>
    <w:p w14:paraId="1E6E843C" w14:textId="69F5DAF7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3.3 Виставка 80 найкращих малюнків та нагородження відбудеться до 2</w:t>
      </w:r>
      <w:r w:rsidR="00892875">
        <w:rPr>
          <w:bCs/>
          <w:lang w:val="uk-UA"/>
        </w:rPr>
        <w:t>0</w:t>
      </w:r>
      <w:r w:rsidRPr="00267064">
        <w:rPr>
          <w:bCs/>
          <w:lang w:val="uk-UA"/>
        </w:rPr>
        <w:t xml:space="preserve"> листопада 202</w:t>
      </w:r>
      <w:r w:rsidR="00892875">
        <w:rPr>
          <w:bCs/>
          <w:lang w:val="uk-UA"/>
        </w:rPr>
        <w:t>6</w:t>
      </w:r>
      <w:r w:rsidRPr="00267064">
        <w:rPr>
          <w:bCs/>
          <w:lang w:val="uk-UA"/>
        </w:rPr>
        <w:t xml:space="preserve"> року.</w:t>
      </w:r>
      <w:r w:rsidR="00871B6A">
        <w:rPr>
          <w:bCs/>
          <w:lang w:val="uk-UA"/>
        </w:rPr>
        <w:t xml:space="preserve"> Виставка триматиме до 3 грудня</w:t>
      </w:r>
      <w:r w:rsidRPr="00267064">
        <w:rPr>
          <w:bCs/>
          <w:lang w:val="uk-UA"/>
        </w:rPr>
        <w:t xml:space="preserve"> Строки конкурсу можуть бути змінені або частково перенесені, враховуючи умови й реалії сьогодення.</w:t>
      </w:r>
    </w:p>
    <w:p w14:paraId="10D3A294" w14:textId="77777777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3.4 Визначення переможців оформлюється протокольним рішенням, яке підписується головою журі, усіма членами журі й координатором Конкурсу.</w:t>
      </w:r>
    </w:p>
    <w:p w14:paraId="2210C4C2" w14:textId="62379C9A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3.5 Після завершення конкурсу усі учасники зможуть забрати свої роботи й грамоти в Центральній</w:t>
      </w:r>
      <w:r w:rsidR="00892875">
        <w:rPr>
          <w:bCs/>
          <w:lang w:val="uk-UA"/>
        </w:rPr>
        <w:t xml:space="preserve"> міський дитячій</w:t>
      </w:r>
      <w:r w:rsidRPr="00267064">
        <w:rPr>
          <w:bCs/>
          <w:lang w:val="uk-UA"/>
        </w:rPr>
        <w:t xml:space="preserve"> бібліотеці за адресою: Французький бульвар, 11-а.</w:t>
      </w:r>
      <w:r w:rsidR="00892875">
        <w:rPr>
          <w:bCs/>
          <w:lang w:val="uk-UA"/>
        </w:rPr>
        <w:t xml:space="preserve"> </w:t>
      </w:r>
    </w:p>
    <w:p w14:paraId="78591AC5" w14:textId="0A7FB8F5" w:rsidR="002B4637" w:rsidRPr="00267064" w:rsidRDefault="00803422" w:rsidP="00892875">
      <w:pPr>
        <w:spacing w:after="0" w:line="240" w:lineRule="auto"/>
        <w:ind w:firstLine="397"/>
        <w:jc w:val="both"/>
        <w:rPr>
          <w:bCs/>
          <w:lang w:val="uk-UA"/>
        </w:rPr>
      </w:pPr>
      <w:r w:rsidRPr="00267064">
        <w:rPr>
          <w:bCs/>
          <w:lang w:val="uk-UA"/>
        </w:rPr>
        <w:t>3.6 Результати конкурсу публікуються в соціальних мережах</w:t>
      </w:r>
      <w:r w:rsidR="00892875">
        <w:rPr>
          <w:bCs/>
          <w:lang w:val="uk-UA"/>
        </w:rPr>
        <w:t xml:space="preserve"> </w:t>
      </w:r>
      <w:r w:rsidRPr="00267064">
        <w:rPr>
          <w:bCs/>
          <w:lang w:val="uk-UA"/>
        </w:rPr>
        <w:t>.</w:t>
      </w:r>
    </w:p>
    <w:p w14:paraId="0D64DEAC" w14:textId="77777777" w:rsidR="002B4637" w:rsidRPr="00127CB1" w:rsidRDefault="002B4637">
      <w:pPr>
        <w:rPr>
          <w:lang w:val="uk-UA"/>
        </w:rPr>
      </w:pPr>
    </w:p>
    <w:p w14:paraId="2252BBE0" w14:textId="6CC0E30E" w:rsidR="00892875" w:rsidRPr="00892875" w:rsidRDefault="00892875" w:rsidP="00892875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892875">
        <w:rPr>
          <w:rFonts w:ascii="Times New Roman" w:hAnsi="Times New Roman" w:cs="Times New Roman"/>
          <w:sz w:val="24"/>
          <w:szCs w:val="24"/>
          <w:lang w:val="uk-UA"/>
        </w:rPr>
        <w:t xml:space="preserve">В.о. директора ЦМБС </w:t>
      </w:r>
      <w:r w:rsidR="00B67425">
        <w:rPr>
          <w:rFonts w:ascii="Times New Roman" w:hAnsi="Times New Roman" w:cs="Times New Roman"/>
          <w:sz w:val="24"/>
          <w:szCs w:val="24"/>
          <w:lang w:val="uk-UA"/>
        </w:rPr>
        <w:t>ДЛЯ ДІТЕЙ</w:t>
      </w:r>
      <w:r w:rsidRPr="0089287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BDDF62D" w14:textId="296B312B" w:rsidR="002B4637" w:rsidRPr="00892875" w:rsidRDefault="00892875" w:rsidP="00892875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892875">
        <w:rPr>
          <w:rFonts w:ascii="Times New Roman" w:hAnsi="Times New Roman" w:cs="Times New Roman"/>
          <w:sz w:val="24"/>
          <w:szCs w:val="24"/>
          <w:lang w:val="uk-UA"/>
        </w:rPr>
        <w:t>та к</w:t>
      </w:r>
      <w:r w:rsidR="00803422" w:rsidRPr="00892875">
        <w:rPr>
          <w:rFonts w:ascii="Times New Roman" w:hAnsi="Times New Roman" w:cs="Times New Roman"/>
          <w:sz w:val="24"/>
          <w:szCs w:val="24"/>
          <w:lang w:val="uk-UA"/>
        </w:rPr>
        <w:t xml:space="preserve">оординатор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конкурсу                                                                    </w:t>
      </w:r>
      <w:r w:rsidRPr="00892875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89287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03422" w:rsidRPr="00892875">
        <w:rPr>
          <w:rFonts w:ascii="Times New Roman" w:hAnsi="Times New Roman" w:cs="Times New Roman"/>
          <w:sz w:val="24"/>
          <w:szCs w:val="24"/>
          <w:lang w:val="uk-UA"/>
        </w:rPr>
        <w:t>Ольга СТЕМБЕРСЬКА</w:t>
      </w:r>
    </w:p>
    <w:sectPr w:rsidR="002B4637" w:rsidRPr="00892875" w:rsidSect="00892875">
      <w:pgSz w:w="12240" w:h="15840"/>
      <w:pgMar w:top="709" w:right="1041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CB1"/>
    <w:rsid w:val="0015074B"/>
    <w:rsid w:val="00267064"/>
    <w:rsid w:val="0029639D"/>
    <w:rsid w:val="002B4637"/>
    <w:rsid w:val="00326F90"/>
    <w:rsid w:val="0034045A"/>
    <w:rsid w:val="005A2D3A"/>
    <w:rsid w:val="00803422"/>
    <w:rsid w:val="00871B6A"/>
    <w:rsid w:val="00892875"/>
    <w:rsid w:val="00AA1D8D"/>
    <w:rsid w:val="00B47730"/>
    <w:rsid w:val="00B67425"/>
    <w:rsid w:val="00C032D2"/>
    <w:rsid w:val="00CB0664"/>
    <w:rsid w:val="00D57663"/>
    <w:rsid w:val="00F05B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EC4A8"/>
  <w14:defaultImageDpi w14:val="300"/>
  <w15:docId w15:val="{3E9DE819-CEA6-4568-92F5-4CD5CB59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9</cp:revision>
  <cp:lastPrinted>2026-09-14T11:18:00Z</cp:lastPrinted>
  <dcterms:created xsi:type="dcterms:W3CDTF">2026-09-14T09:44:00Z</dcterms:created>
  <dcterms:modified xsi:type="dcterms:W3CDTF">2026-09-25T07:36:00Z</dcterms:modified>
  <cp:category/>
</cp:coreProperties>
</file>